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רקע היסטורי לשיר "תחי הדמוקרטיה"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של קיץ 1945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דמוקרטיה למשטר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האירועים ההיסטוריים לכתיבתו של נתן אלתרמן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 1945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לאסוף את קולות החיילים מעבר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קלמנט אטלי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בשקט, דרך פתקי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מדור שירים שבועי בעיתון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יום אחרי פרסום התוצאות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- הם טענו שהיא חלשה, איטית ומלאת ויכוחים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אחד ממאפייני הדמוקרטיה בטבלת ההשוואה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במשטר טוטליטרי מבקרים מושתקים ונרדפים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כתב מדי שבוע, בימי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השיר מתפעל מכך שאפשר להחליף שלטון בפתק, לא ממי ניצח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דמוקרטיה למשטר טוטליטרי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(אין בחירות אמיתיות)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(אותו שליט לתמיד)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(מבקרים מושתקים ונרדפים)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(האדם משרת את השלטון)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(תעמולה ומידע מבוקר)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צ'רצ'יל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הטור השביעי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גרמניה הנאצית נכנעת והמלחמה באירופה מסתיימת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נערכות בחירות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ספירת הקולות מתעכבת בגלל קולות החיילים מעבר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תוצאות הבחירות מתפרסמות וצ'רצ'יל מפסיד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נתן אלתרמן כותב את השיר תחי הדמוקרטיה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אמורים להסביר שמנהיג מנצח במלחמה ויתר על השלטון בלי מאבק או אלימות, רק בגלל תוצאות בחירות - זה מראה שהחוק והרצון של האזרחים חזקים יותר מהכוח האישי של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השירים הגיבו לאירועי השבוע בחדשות, כמו כתבה עיתונאית, אבל נכתבו בצורת שיר מחורז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צ'רצ'יל המנצח במלחמה הפסיד בבחירות והשלטון עבר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בדמוקרטיה יש בחירות חופשיות והשלטון מתחלף בשלום; במשטר טוטליטרי אין בחירות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הוא הגיב לאירועי השבוע, וזה היה הדבר המשמעותי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מה היה קורה אם מנהיג היה מסרב לעזוב אחרי הפסד 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שהשיעור עוסק בערכים דמוקרטיים כלליים ולא בפוליטיקה עכשווית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את טבלת ההשוואה בלוח ולדון בכל שורה בנפרד לפני המעבר לשיר עצמו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רקע היסטורי לשיר "תחי הדמוקרטיה"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בקיץ 1945 הסתיימה מלחמת העולם השנייה, ובבריטניה התרחש אירוע מפתיע: ראש הממשלה המנצח צ'רצ'יל הפסיד בבחירות ופינה את מקומו בשקט. נתן אלתרמן כתב על כך שיר בטור השבועי שלו בעיתון.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נכנעה גרמניה הנאצית?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יולי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אוגוסט 1945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התעכבה ספירת הקולות בבחירות בבריטניה?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תקלה טכנית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לאסוף את קולות החיילים מעבר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מזג אוויר סוער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היו מעט 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ניצח בבחירות בבריטניה ב-1945?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וינסטון צ'רצ'יל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קלמנט אטלי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עבר השלטון מצ'רצ'יל לאטלי?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במהפכה אלימה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בעזרת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בשקט, דרך פתקי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מעבר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"הטור השביעי"?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שכתב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מדור שירים שבועי בעיתון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לבחירות בבריטניה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נכתב השיר תחי הדמוקרטיה?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לפני פרסום התוצאות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אחרי פרסום התוצאות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ביום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 אחרי הבחירות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במשטרים טוטליטריים טענו שדמוקרטיה היא חזקה ומהירה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המלחמה התברר שהמדינות הדמוקרטיות עמדו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יש בחירות חופשיות וחשאיות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טוטליטרי מותר לבקר את השלטון בחופשיות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אלתרמן כתב את הטור השביעי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תחי הדמוקרטיה עוסק בשאלה מי ניצח בבחירות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דמוקרטיה למשטר טוטליטרי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האזרחים בוחרים בבחירות חופשיות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תעמולה ומידע מבוקר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השלטון מתחלף בשלום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האדם משרת את השלטון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מותר לבקר ולהביע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אותו שליט לתמיד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זכויות לכל אדם, גם למיעוט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מבקרים מושתקים ונרדפים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עיתונות ומידע חופשיים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אין בחירות אמיתיות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במאי 1945 נכנעה __________ הנאצית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ראש הממשלה הבריטי שהפסיד בבחירות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מקומו של צ'רצ'יל תפס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נתן אלתרמן כתב את שיריו במדור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תוצאות הבחירות בבריטניה פורסמו ב-__________ ביולי 1945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השיר תחי הדמוקרטיה נכתב __________ אחרי פרסום התוצאות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נערכות בחירות בבריטניה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אלתרמן כותב את השיר תחי הדמוקרטיה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תוצאות הבחירות מתפרסמות וצ'רצ'יל מפסיד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ספירת הקולות מתעכבת בגלל קולות החיילים מעבר 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גרמניה הנאצית נכנעת והמלחמה באירופה מסתיימת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מעבר השלטון השקט מצ'רצ'יל לאטלי נחשב להפתעה ולדוגמה חשובה לדמוקרטיה?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אלתרמן קרא למדור שלו עיתונאות בחרוזים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בבריטניה ביולי 1945 שהיה מפתיע?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הבדל אחד בין דמוקרטיה למשטר טוטליטרי?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אלתרמן כתב שיר דווקא ביום שאחרי פרסום התוצאות?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רקע היסטורי לשיר "תחי הדמוקרטיה"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