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תחי הדמוקרטיה – שיעור שירה לקראת הבחירות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רקע היסטורי לשיר "תחי הדמוקרטיה"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הרקע ההיסטורי של קיץ 1945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ההבדל בין דמוקרטיה למשטר טוטליטרי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לקשר בין האירועים ההיסטוריים לכתיבתו של נתן אלתרמן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 - בחירה מרובה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מאי 1945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קלמנט אטלי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בשקט, דרך פתקי הצבעה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להפך - הם טענו שהיא חלשה, איטית ומלאת ויכוחים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כתוב בטקסט בפירוש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זהו אחד ממאפייני הדמוקרטיה בטבלת ההשוואה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התאימו דמוקרטיה למשטר טוטליטרי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(אין בחירות אמיתיות)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(אותו שליט לתמיד)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(מבקרים מושתקים ונרדפים)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(האדם משרת את השלטון)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גרמניה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צ'רצ'יל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אטלי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האירועים לפי סדר כרונולוגי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גרמניה הנאצית נכנעת והמלחמה באירופה מסתיימת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נערכות בחירות בבריטניה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ספירת הקולות מתעכבת בגלל קולות החיילים מעבר 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תוצאות הבחירות מתפרסמות וצ'רצ'יל מפסיד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התלמידים אמורים להסביר שמנהיג מנצח במלחמה ויתר על השלטון בלי מאבק או אלימות, רק בגלל תוצאות בחירות - זה מראה שהחוק והרצון של האזרחים חזקים יותר מהכוח האישי של מנהיג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צ'רצ'יל המנצח במלחמה הפסיד בבחירות והשלטון עבר בשקט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בדמוקרטיה יש בחירות חופשיות והשלטון מתחלף בשלום; במשטר טוטליטרי אין בחירות אמיתיות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כי הוא הגיב לאירועי השבוע, וזה היה הדבר המשמעותי שקרה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בשאלה: מה היה קורה אם מנהיג היה מסרב לעזוב אחרי הפסד בבחירות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חשוב להדגיש שהשיעור עוסק בערכים דמוקרטיים כלליים ולא בפוליטיקה עכשווית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להראות את טבלת ההשוואה בלוח ולדון בכל שורה בנפרד לפני המעבר לשיר עצמו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תחי הדמוקרטיה – שיעור שירה לקראת הבחירות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רקע היסטורי לשיר "תחי הדמוקרטיה"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בקיץ 1945 הסתיימה מלחמת העולם השנייה, ובבריטניה התרחש אירוע מפתיע: ראש הממשלה המנצח צ'רצ'יל הפסיד בבחירות ופינה את מקומו בשקט. נתן אלתרמן כתב על כך שיר בטור השבועי שלו בעיתון.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גרמניה  ·  אטלי  ·  צ'רצ'יל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הבנת הנקרא - בחירה מרובה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מתי נכנעה גרמניה הנאצית?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מאי 1945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יולי 1945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ינואר 1945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מי ניצח בבחירות בבריטניה ב-1945?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וינסטון צ'רצ'יל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קלמנט אטלי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נתן אלתרמן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איך עבר השלטון מצ'רצ'יל לאטלי?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במהפכה אלימה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בעזרת הצבא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בשקט, דרך פתקי הצבעה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במשטרים טוטליטריים טענו שדמוקרטיה היא חזקה ומהירה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בסוף המלחמה התברר שהמדינות הדמוקרטיות עמדו במבחן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בדמוקרטיה יש בחירות חופשיות וחשאיות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התאימו דמוקרטיה למשטר טוטליטרי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האזרחים בוחרים בבחירות חופשיות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האדם משרת את השלטון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השלטון מתחלף בשלום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מבקרים מושתקים ונרדפים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מותר לבקר ולהביע דעה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אין בחירות אמיתיות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זכויות לכל אדם, גם למיעוט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אותו שליט לתמיד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במאי 1945 נכנעה __________ הנאצית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ראש הממשלה הבריטי שהפסיד בבחירות היה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את מקומו של צ'רצ'יל תפס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סדרו את האירועים לפי סדר כרונולוגי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תוצאות הבחירות מתפרסמות וצ'רצ'יל מפסיד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ספירת הקולות מתעכבת בגלל קולות החיילים מעבר לים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גרמניה הנאצית נכנעת והמלחמה באירופה מסתיימת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נערכות בחירות בבריטניה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מדוע מעבר השלטון השקט מצ'רצ'יל לאטלי נחשב להפתעה ולדוגמה חשובה לדמוקרטיה? כתבו 3-4 משפטים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קרה בבריטניה ביולי 1945 שהיה מפתיע?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מהו הבדל אחד בין דמוקרטיה למשטר טוטליטרי?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רקע היסטורי לשיר "תחי הדמוקרטיה"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